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569" w:rsidRPr="00550AF4" w:rsidRDefault="00AD764C">
      <w:pPr>
        <w:spacing w:after="40"/>
        <w:rPr>
          <w:lang w:val="sl-SI"/>
        </w:rPr>
      </w:pPr>
      <w:r w:rsidRPr="00550AF4">
        <w:rPr>
          <w:b/>
          <w:color w:val="1A365D"/>
          <w:sz w:val="36"/>
          <w:lang w:val="sl-SI"/>
        </w:rPr>
        <w:t>PRIJAVNICA NA NADALJEVALNI PRAKTIČNI AI PROGRAM</w:t>
      </w:r>
    </w:p>
    <w:tbl>
      <w:tblPr>
        <w:tblW w:w="0" w:type="auto"/>
        <w:jc w:val="center"/>
        <w:tblBorders>
          <w:left w:val="single" w:sz="24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806569" w:rsidRPr="00550AF4">
        <w:trPr>
          <w:jc w:val="center"/>
        </w:trPr>
        <w:tc>
          <w:tcPr>
            <w:tcW w:w="9360" w:type="dxa"/>
            <w:shd w:val="clear" w:color="auto" w:fill="F7FAFC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806569" w:rsidRPr="00550AF4" w:rsidRDefault="00AD764C" w:rsidP="0073212F">
            <w:pPr>
              <w:spacing w:after="80"/>
              <w:rPr>
                <w:lang w:val="sl-SI"/>
              </w:rPr>
            </w:pPr>
            <w:r w:rsidRPr="00550AF4">
              <w:rPr>
                <w:b/>
                <w:color w:val="1A365D"/>
                <w:lang w:val="sl-SI"/>
              </w:rPr>
              <w:t>Kratek pregled izobraževanja:</w:t>
            </w:r>
            <w:r w:rsidRPr="00550AF4">
              <w:rPr>
                <w:b/>
                <w:color w:val="1A365D"/>
                <w:lang w:val="sl-SI"/>
              </w:rPr>
              <w:br/>
            </w:r>
            <w:r w:rsidRPr="00550AF4">
              <w:rPr>
                <w:sz w:val="20"/>
                <w:lang w:val="sl-SI"/>
              </w:rPr>
              <w:t xml:space="preserve">Nadaljevalni AI program nadgrajuje teorijo z neposredno praktično uporabo umetne inteligence pri vsakodnevnih delovnih procesih v knjižničnem okolju. Izobraževanje vodi Tanja Fric (Go </w:t>
            </w:r>
            <w:proofErr w:type="spellStart"/>
            <w:r w:rsidRPr="00550AF4">
              <w:rPr>
                <w:sz w:val="20"/>
                <w:lang w:val="sl-SI"/>
              </w:rPr>
              <w:t>Digi</w:t>
            </w:r>
            <w:proofErr w:type="spellEnd"/>
            <w:r w:rsidRPr="00550AF4">
              <w:rPr>
                <w:sz w:val="20"/>
                <w:lang w:val="sl-SI"/>
              </w:rPr>
              <w:t xml:space="preserve"> </w:t>
            </w:r>
            <w:bookmarkStart w:id="0" w:name="_GoBack"/>
            <w:bookmarkEnd w:id="0"/>
            <w:r w:rsidR="0073212F" w:rsidRPr="00550AF4">
              <w:rPr>
                <w:sz w:val="20"/>
                <w:lang w:val="sl-SI"/>
              </w:rPr>
              <w:t>d. o. o.</w:t>
            </w:r>
            <w:r w:rsidRPr="00550AF4">
              <w:rPr>
                <w:sz w:val="20"/>
                <w:lang w:val="sl-SI"/>
              </w:rPr>
              <w:t xml:space="preserve">, OpenAI SMB </w:t>
            </w:r>
            <w:proofErr w:type="spellStart"/>
            <w:r w:rsidRPr="00550AF4">
              <w:rPr>
                <w:sz w:val="20"/>
                <w:lang w:val="sl-SI"/>
              </w:rPr>
              <w:t>Channel</w:t>
            </w:r>
            <w:proofErr w:type="spellEnd"/>
            <w:r w:rsidRPr="00550AF4">
              <w:rPr>
                <w:sz w:val="20"/>
                <w:lang w:val="sl-SI"/>
              </w:rPr>
              <w:t xml:space="preserve"> Partner) in obsega dve vsebinsko povezani srečanji (skupaj 7 šolskih ur).</w:t>
            </w:r>
            <w:r w:rsidRPr="00550AF4">
              <w:rPr>
                <w:sz w:val="20"/>
                <w:lang w:val="sl-SI"/>
              </w:rPr>
              <w:br/>
              <w:t>• 1. srečanje (3 šolske ure): Praktičen pregled uporabe ChatGPT in AI-orodij pri delu v knjižnici</w:t>
            </w:r>
            <w:r w:rsidR="0073212F">
              <w:rPr>
                <w:sz w:val="20"/>
                <w:lang w:val="sl-SI"/>
              </w:rPr>
              <w:t>: 28. 9. 2026</w:t>
            </w:r>
            <w:r w:rsidRPr="00550AF4">
              <w:rPr>
                <w:sz w:val="20"/>
                <w:lang w:val="sl-SI"/>
              </w:rPr>
              <w:br/>
              <w:t>• 2. srečanje (4 šolske ure): Praktična delavnica na konkretnih nalogah in dokumentih zaposlenih</w:t>
            </w:r>
            <w:r w:rsidR="0073212F">
              <w:rPr>
                <w:sz w:val="20"/>
                <w:lang w:val="sl-SI"/>
              </w:rPr>
              <w:t>: datum bo določen kasneje</w:t>
            </w:r>
          </w:p>
        </w:tc>
      </w:tr>
    </w:tbl>
    <w:p w:rsidR="00806569" w:rsidRPr="00550AF4" w:rsidRDefault="00AD764C">
      <w:pPr>
        <w:pStyle w:val="Naslov1"/>
        <w:spacing w:before="240" w:after="120"/>
        <w:rPr>
          <w:lang w:val="sl-SI"/>
        </w:rPr>
      </w:pPr>
      <w:r w:rsidRPr="00550AF4">
        <w:rPr>
          <w:rFonts w:ascii="Calibri" w:hAnsi="Calibri"/>
          <w:color w:val="1A365D"/>
          <w:sz w:val="26"/>
          <w:lang w:val="sl-SI"/>
        </w:rPr>
        <w:t>1. Osnovni podatki o udeležencu</w:t>
      </w:r>
    </w:p>
    <w:tbl>
      <w:tblPr>
        <w:tblW w:w="0" w:type="auto"/>
        <w:jc w:val="center"/>
        <w:tblBorders>
          <w:top w:val="single" w:sz="4" w:space="0" w:color="CBD5E0"/>
          <w:bottom w:val="single" w:sz="4" w:space="0" w:color="CBD5E0"/>
          <w:insideH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806569" w:rsidRPr="00550AF4">
        <w:trPr>
          <w:jc w:val="center"/>
        </w:trPr>
        <w:tc>
          <w:tcPr>
            <w:tcW w:w="3312" w:type="dxa"/>
            <w:shd w:val="clear" w:color="auto" w:fill="EDF2F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06569" w:rsidRPr="00550AF4" w:rsidRDefault="00AD764C">
            <w:pPr>
              <w:spacing w:after="0"/>
              <w:rPr>
                <w:lang w:val="sl-SI"/>
              </w:rPr>
            </w:pPr>
            <w:r w:rsidRPr="00550AF4">
              <w:rPr>
                <w:b/>
                <w:sz w:val="20"/>
                <w:lang w:val="sl-SI"/>
              </w:rPr>
              <w:t>Ime in priimek:</w:t>
            </w:r>
          </w:p>
        </w:tc>
        <w:tc>
          <w:tcPr>
            <w:tcW w:w="60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06569" w:rsidRPr="00550AF4" w:rsidRDefault="00AD764C">
            <w:pPr>
              <w:spacing w:after="0"/>
              <w:rPr>
                <w:lang w:val="sl-SI"/>
              </w:rPr>
            </w:pPr>
            <w:r w:rsidRPr="00550AF4">
              <w:rPr>
                <w:color w:val="718096"/>
                <w:sz w:val="20"/>
                <w:lang w:val="sl-SI"/>
              </w:rPr>
              <w:t>__________________________________________________</w:t>
            </w:r>
          </w:p>
        </w:tc>
      </w:tr>
      <w:tr w:rsidR="00806569" w:rsidRPr="00550AF4">
        <w:trPr>
          <w:jc w:val="center"/>
        </w:trPr>
        <w:tc>
          <w:tcPr>
            <w:tcW w:w="3312" w:type="dxa"/>
            <w:shd w:val="clear" w:color="auto" w:fill="EDF2F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06569" w:rsidRPr="00550AF4" w:rsidRDefault="00AD764C">
            <w:pPr>
              <w:spacing w:after="0"/>
              <w:rPr>
                <w:lang w:val="sl-SI"/>
              </w:rPr>
            </w:pPr>
            <w:r w:rsidRPr="00550AF4">
              <w:rPr>
                <w:b/>
                <w:sz w:val="20"/>
                <w:lang w:val="sl-SI"/>
              </w:rPr>
              <w:t>Naziv knjižnice:</w:t>
            </w:r>
          </w:p>
        </w:tc>
        <w:tc>
          <w:tcPr>
            <w:tcW w:w="60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06569" w:rsidRPr="00550AF4" w:rsidRDefault="00AD764C">
            <w:pPr>
              <w:spacing w:after="0"/>
              <w:rPr>
                <w:lang w:val="sl-SI"/>
              </w:rPr>
            </w:pPr>
            <w:r w:rsidRPr="00550AF4">
              <w:rPr>
                <w:color w:val="718096"/>
                <w:sz w:val="20"/>
                <w:lang w:val="sl-SI"/>
              </w:rPr>
              <w:t>__________________________________________________</w:t>
            </w:r>
          </w:p>
        </w:tc>
      </w:tr>
      <w:tr w:rsidR="00806569" w:rsidRPr="00550AF4">
        <w:trPr>
          <w:jc w:val="center"/>
        </w:trPr>
        <w:tc>
          <w:tcPr>
            <w:tcW w:w="3312" w:type="dxa"/>
            <w:shd w:val="clear" w:color="auto" w:fill="EDF2F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06569" w:rsidRPr="00550AF4" w:rsidRDefault="00AD764C">
            <w:pPr>
              <w:spacing w:after="0"/>
              <w:rPr>
                <w:lang w:val="sl-SI"/>
              </w:rPr>
            </w:pPr>
            <w:r w:rsidRPr="00550AF4">
              <w:rPr>
                <w:b/>
                <w:sz w:val="20"/>
                <w:lang w:val="sl-SI"/>
              </w:rPr>
              <w:t>E-poštni naslov:</w:t>
            </w:r>
          </w:p>
        </w:tc>
        <w:tc>
          <w:tcPr>
            <w:tcW w:w="60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06569" w:rsidRPr="00550AF4" w:rsidRDefault="00AD764C">
            <w:pPr>
              <w:spacing w:after="0"/>
              <w:rPr>
                <w:lang w:val="sl-SI"/>
              </w:rPr>
            </w:pPr>
            <w:r w:rsidRPr="00550AF4">
              <w:rPr>
                <w:color w:val="718096"/>
                <w:sz w:val="20"/>
                <w:lang w:val="sl-SI"/>
              </w:rPr>
              <w:t>__________________________________________________</w:t>
            </w:r>
          </w:p>
        </w:tc>
      </w:tr>
      <w:tr w:rsidR="00806569" w:rsidRPr="00550AF4">
        <w:trPr>
          <w:jc w:val="center"/>
        </w:trPr>
        <w:tc>
          <w:tcPr>
            <w:tcW w:w="3312" w:type="dxa"/>
            <w:shd w:val="clear" w:color="auto" w:fill="EDF2F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06569" w:rsidRPr="00550AF4" w:rsidRDefault="00AD764C">
            <w:pPr>
              <w:spacing w:after="0"/>
              <w:rPr>
                <w:lang w:val="sl-SI"/>
              </w:rPr>
            </w:pPr>
            <w:r w:rsidRPr="00550AF4">
              <w:rPr>
                <w:b/>
                <w:sz w:val="20"/>
                <w:lang w:val="sl-SI"/>
              </w:rPr>
              <w:t>Telefonska številka:</w:t>
            </w:r>
          </w:p>
        </w:tc>
        <w:tc>
          <w:tcPr>
            <w:tcW w:w="60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06569" w:rsidRPr="00550AF4" w:rsidRDefault="00AD764C">
            <w:pPr>
              <w:spacing w:after="0"/>
              <w:rPr>
                <w:lang w:val="sl-SI"/>
              </w:rPr>
            </w:pPr>
            <w:r w:rsidRPr="00550AF4">
              <w:rPr>
                <w:color w:val="718096"/>
                <w:sz w:val="20"/>
                <w:lang w:val="sl-SI"/>
              </w:rPr>
              <w:t>__________________________________________________</w:t>
            </w:r>
          </w:p>
        </w:tc>
      </w:tr>
    </w:tbl>
    <w:p w:rsidR="00806569" w:rsidRPr="00550AF4" w:rsidRDefault="00AD764C">
      <w:pPr>
        <w:pStyle w:val="Naslov1"/>
        <w:spacing w:before="320" w:after="120"/>
        <w:rPr>
          <w:lang w:val="sl-SI"/>
        </w:rPr>
      </w:pPr>
      <w:r w:rsidRPr="00550AF4">
        <w:rPr>
          <w:rFonts w:ascii="Calibri" w:hAnsi="Calibri"/>
          <w:color w:val="1A365D"/>
          <w:sz w:val="26"/>
          <w:lang w:val="sl-SI"/>
        </w:rPr>
        <w:t>2. Potrditev udeležbe na izobraževanju</w:t>
      </w:r>
    </w:p>
    <w:p w:rsidR="00806569" w:rsidRPr="00550AF4" w:rsidRDefault="00AD764C">
      <w:pPr>
        <w:rPr>
          <w:lang w:val="sl-SI"/>
        </w:rPr>
      </w:pPr>
      <w:r w:rsidRPr="00550AF4">
        <w:rPr>
          <w:sz w:val="21"/>
          <w:lang w:val="sl-SI"/>
        </w:rPr>
        <w:t>Izobraževalni program se izvaja kot celota. S predložit</w:t>
      </w:r>
      <w:r w:rsidR="00116798" w:rsidRPr="00550AF4">
        <w:rPr>
          <w:sz w:val="21"/>
          <w:lang w:val="sl-SI"/>
        </w:rPr>
        <w:t>vijo</w:t>
      </w:r>
      <w:r w:rsidRPr="00550AF4">
        <w:rPr>
          <w:sz w:val="21"/>
          <w:lang w:val="sl-SI"/>
        </w:rPr>
        <w:t xml:space="preserve"> </w:t>
      </w:r>
      <w:r w:rsidR="00550AF4" w:rsidRPr="00550AF4">
        <w:rPr>
          <w:sz w:val="21"/>
          <w:lang w:val="sl-SI"/>
        </w:rPr>
        <w:t>podpisane</w:t>
      </w:r>
      <w:r w:rsidRPr="00550AF4">
        <w:rPr>
          <w:sz w:val="21"/>
          <w:lang w:val="sl-SI"/>
        </w:rPr>
        <w:t xml:space="preserve"> prijavnice potrjujem udeležbo na obeh vsebinsko povezanih srečanjih:</w:t>
      </w:r>
    </w:p>
    <w:tbl>
      <w:tblPr>
        <w:tblW w:w="0" w:type="auto"/>
        <w:jc w:val="center"/>
        <w:tblBorders>
          <w:top w:val="single" w:sz="6" w:space="0" w:color="CBD5E0"/>
          <w:bottom w:val="single" w:sz="6" w:space="0" w:color="CBD5E0"/>
          <w:insideH w:val="single" w:sz="6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806569" w:rsidRPr="00550AF4">
        <w:trPr>
          <w:jc w:val="center"/>
        </w:trPr>
        <w:tc>
          <w:tcPr>
            <w:tcW w:w="9360" w:type="dxa"/>
            <w:shd w:val="clear" w:color="auto" w:fill="F7FAFC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06569" w:rsidRPr="00550AF4" w:rsidRDefault="00116798" w:rsidP="00550AF4">
            <w:pPr>
              <w:spacing w:after="0"/>
              <w:rPr>
                <w:lang w:val="sl-SI"/>
              </w:rPr>
            </w:pPr>
            <w:r w:rsidRPr="00550AF4">
              <w:rPr>
                <w:b/>
                <w:color w:val="1A365D"/>
                <w:lang w:val="sl-SI"/>
              </w:rPr>
              <w:t xml:space="preserve">S PODPISOM PRIJAVNICE </w:t>
            </w:r>
            <w:r w:rsidR="00AD764C" w:rsidRPr="00550AF4">
              <w:rPr>
                <w:b/>
                <w:color w:val="1A365D"/>
                <w:lang w:val="sl-SI"/>
              </w:rPr>
              <w:t xml:space="preserve">POTRJUJEM UDELEŽBO NA </w:t>
            </w:r>
            <w:r w:rsidR="00550AF4">
              <w:rPr>
                <w:b/>
                <w:color w:val="1A365D"/>
                <w:lang w:val="sl-SI"/>
              </w:rPr>
              <w:t>OBEH VSEBINSKO POVEZANIH IZOBRAŽEVALNIH SREČANJIH</w:t>
            </w:r>
          </w:p>
        </w:tc>
      </w:tr>
    </w:tbl>
    <w:p w:rsidR="00806569" w:rsidRPr="00550AF4" w:rsidRDefault="00AD764C">
      <w:pPr>
        <w:pStyle w:val="Naslov1"/>
        <w:spacing w:before="320" w:after="120"/>
        <w:rPr>
          <w:lang w:val="sl-SI"/>
        </w:rPr>
      </w:pPr>
      <w:r w:rsidRPr="00550AF4">
        <w:rPr>
          <w:rFonts w:ascii="Calibri" w:hAnsi="Calibri"/>
          <w:color w:val="1A365D"/>
          <w:sz w:val="26"/>
          <w:lang w:val="sl-SI"/>
        </w:rPr>
        <w:t>3. Opombe ali posebna vprašanja</w:t>
      </w:r>
    </w:p>
    <w:p w:rsidR="00806569" w:rsidRPr="00550AF4" w:rsidRDefault="00AD764C">
      <w:pPr>
        <w:spacing w:after="80"/>
        <w:rPr>
          <w:lang w:val="sl-SI"/>
        </w:rPr>
      </w:pPr>
      <w:r w:rsidRPr="00550AF4">
        <w:rPr>
          <w:sz w:val="20"/>
          <w:lang w:val="sl-SI"/>
        </w:rPr>
        <w:t>Imate kakšno posebno vprašanje, specifičen izziv ali pričakovanje glede izobraževanja?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4672"/>
        <w:gridCol w:w="4680"/>
        <w:gridCol w:w="8"/>
      </w:tblGrid>
      <w:tr w:rsidR="001009F9" w:rsidRPr="00550AF4" w:rsidTr="006A1A3F">
        <w:trPr>
          <w:gridBefore w:val="1"/>
          <w:wBefore w:w="8" w:type="dxa"/>
          <w:trHeight w:val="823"/>
          <w:jc w:val="center"/>
        </w:trPr>
        <w:tc>
          <w:tcPr>
            <w:tcW w:w="9360" w:type="dxa"/>
            <w:gridSpan w:val="3"/>
            <w:tcMar>
              <w:top w:w="140" w:type="dxa"/>
              <w:left w:w="100" w:type="dxa"/>
              <w:bottom w:w="140" w:type="dxa"/>
              <w:right w:w="100" w:type="dxa"/>
            </w:tcMar>
          </w:tcPr>
          <w:p w:rsidR="001009F9" w:rsidRPr="00550AF4" w:rsidRDefault="001009F9" w:rsidP="001009F9">
            <w:pPr>
              <w:spacing w:after="0"/>
              <w:rPr>
                <w:lang w:val="sl-SI"/>
              </w:rPr>
            </w:pPr>
            <w:r w:rsidRPr="00550AF4">
              <w:rPr>
                <w:color w:val="718096"/>
                <w:sz w:val="20"/>
                <w:lang w:val="sl-SI"/>
              </w:rPr>
              <w:t>__________________________________________________</w:t>
            </w:r>
          </w:p>
        </w:tc>
      </w:tr>
      <w:tr w:rsidR="001009F9" w:rsidRPr="00550AF4" w:rsidTr="00116798">
        <w:trPr>
          <w:gridAfter w:val="1"/>
          <w:wAfter w:w="8" w:type="dxa"/>
          <w:jc w:val="center"/>
        </w:trPr>
        <w:tc>
          <w:tcPr>
            <w:tcW w:w="4680" w:type="dxa"/>
            <w:gridSpan w:val="2"/>
          </w:tcPr>
          <w:p w:rsidR="001009F9" w:rsidRPr="00550AF4" w:rsidRDefault="001009F9" w:rsidP="001009F9">
            <w:pPr>
              <w:rPr>
                <w:lang w:val="sl-SI"/>
              </w:rPr>
            </w:pPr>
            <w:r w:rsidRPr="00550AF4">
              <w:rPr>
                <w:sz w:val="20"/>
                <w:lang w:val="sl-SI"/>
              </w:rPr>
              <w:t>Kraj in datum:</w:t>
            </w:r>
            <w:r w:rsidRPr="00550AF4">
              <w:rPr>
                <w:sz w:val="20"/>
                <w:lang w:val="sl-SI"/>
              </w:rPr>
              <w:br/>
              <w:t>___________________________</w:t>
            </w:r>
          </w:p>
        </w:tc>
        <w:tc>
          <w:tcPr>
            <w:tcW w:w="4680" w:type="dxa"/>
          </w:tcPr>
          <w:p w:rsidR="001009F9" w:rsidRPr="00550AF4" w:rsidRDefault="001009F9" w:rsidP="001009F9">
            <w:pPr>
              <w:jc w:val="right"/>
              <w:rPr>
                <w:lang w:val="sl-SI"/>
              </w:rPr>
            </w:pPr>
            <w:r w:rsidRPr="00550AF4">
              <w:rPr>
                <w:sz w:val="20"/>
                <w:lang w:val="sl-SI"/>
              </w:rPr>
              <w:t>Podpis udeleženca / predstojnika:</w:t>
            </w:r>
            <w:r w:rsidRPr="00550AF4">
              <w:rPr>
                <w:sz w:val="20"/>
                <w:lang w:val="sl-SI"/>
              </w:rPr>
              <w:br/>
              <w:t>___________________________</w:t>
            </w:r>
          </w:p>
        </w:tc>
      </w:tr>
    </w:tbl>
    <w:p w:rsidR="00AD764C" w:rsidRPr="00550AF4" w:rsidRDefault="00AD764C">
      <w:pPr>
        <w:rPr>
          <w:lang w:val="sl-SI"/>
        </w:rPr>
      </w:pPr>
    </w:p>
    <w:sectPr w:rsidR="00AD764C" w:rsidRPr="00550AF4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EE1" w:rsidRDefault="00A77EE1">
      <w:pPr>
        <w:spacing w:after="0" w:line="240" w:lineRule="auto"/>
      </w:pPr>
      <w:r>
        <w:separator/>
      </w:r>
    </w:p>
  </w:endnote>
  <w:endnote w:type="continuationSeparator" w:id="0">
    <w:p w:rsidR="00A77EE1" w:rsidRDefault="00A77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EE1" w:rsidRDefault="00A77EE1">
      <w:pPr>
        <w:spacing w:after="0" w:line="240" w:lineRule="auto"/>
      </w:pPr>
      <w:r>
        <w:separator/>
      </w:r>
    </w:p>
  </w:footnote>
  <w:footnote w:type="continuationSeparator" w:id="0">
    <w:p w:rsidR="00A77EE1" w:rsidRDefault="00A77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569" w:rsidRPr="00550AF4" w:rsidRDefault="00550AF4" w:rsidP="00550AF4">
    <w:pPr>
      <w:pStyle w:val="Glava"/>
    </w:pPr>
    <w:r>
      <w:rPr>
        <w:noProof/>
        <w:lang w:val="sl-SI" w:eastAsia="sl-SI"/>
      </w:rPr>
      <w:drawing>
        <wp:anchor distT="180340" distB="18034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-342900</wp:posOffset>
          </wp:positionV>
          <wp:extent cx="5946353" cy="1555200"/>
          <wp:effectExtent l="0" t="0" r="0" b="698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353" cy="1555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09F9"/>
    <w:rsid w:val="00116798"/>
    <w:rsid w:val="0015074B"/>
    <w:rsid w:val="0029639D"/>
    <w:rsid w:val="00326F90"/>
    <w:rsid w:val="00550AF4"/>
    <w:rsid w:val="0073212F"/>
    <w:rsid w:val="00806569"/>
    <w:rsid w:val="00A77EE1"/>
    <w:rsid w:val="00AA1D8D"/>
    <w:rsid w:val="00AD764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EED74"/>
  <w14:defaultImageDpi w14:val="300"/>
  <w15:docId w15:val="{00CDF07B-F7D1-4F16-B742-4956E2B1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693F"/>
    <w:pPr>
      <w:spacing w:after="120"/>
    </w:pPr>
    <w:rPr>
      <w:rFonts w:ascii="Calibri" w:hAnsi="Calibri"/>
      <w:color w:val="2D3748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A7430B-6642-4B04-9BB7-A4133478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Igor Podbrežnik</cp:lastModifiedBy>
  <cp:revision>4</cp:revision>
  <dcterms:created xsi:type="dcterms:W3CDTF">2013-12-23T23:15:00Z</dcterms:created>
  <dcterms:modified xsi:type="dcterms:W3CDTF">2026-09-14T10:08:00Z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502c2934-5e38-43f3-89be-e841f7371fb1</vt:lpwstr>
  </property>
</Properties>
</file>